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BUDGIE SANCTUARY RESCUE</w:t>
        <w:br/>
      </w:r>
      <w:r>
        <w:rPr>
          <w:b w:val="0"/>
          <w:sz w:val="28"/>
        </w:rPr>
        <w:t>Potential Bird Adoption Parent Questionnaire</w:t>
      </w:r>
    </w:p>
    <w:p>
      <w:pPr>
        <w:jc w:val="center"/>
      </w:pPr>
      <w:r>
        <w:rPr>
          <w:i/>
        </w:rPr>
        <w:t>Our priority is finding a safe, suitable and permanent home for every bird.</w:t>
      </w:r>
    </w:p>
    <w:p>
      <w:r>
        <w:t>Please answer the following questions as openly as possible. There are no automatic 'right' answers. Each application is considered according to the needs, personality and welfare of the individual bird.</w:t>
      </w:r>
    </w:p>
    <w:p>
      <w:pPr>
        <w:pStyle w:val="Heading1"/>
      </w:pPr>
      <w:r>
        <w:t>1. About You and Your Household</w:t>
      </w:r>
    </w:p>
    <w:p>
      <w:pPr>
        <w:spacing w:after="40"/>
      </w:pPr>
      <w:r>
        <w:rPr>
          <w:b/>
        </w:rPr>
        <w:t>Full name:</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Phone / email:</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Suburb:</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What is your experience with birds?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What bird species have you owned or cared for previously?</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Who lives in your household?</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Are all members of the household happy about adopting a bird?</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Are there children in the home? If yes, what ages?</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2. Current Animals</w:t>
      </w:r>
    </w:p>
    <w:p>
      <w:pPr>
        <w:spacing w:after="40"/>
      </w:pPr>
      <w:r>
        <w:rPr>
          <w:b/>
        </w:rPr>
        <w:t>Do you currently own any birds? If yes, please list the species and number of birds.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Do you have dogs, cats or other pets?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How will the adopted bird be kept safely separated from other animals where necessary?</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3. Housing and Environment</w:t>
      </w:r>
    </w:p>
    <w:p>
      <w:pPr>
        <w:spacing w:after="40"/>
      </w:pPr>
      <w:r>
        <w:rPr>
          <w:b/>
        </w:rPr>
        <w:t>Will the bird live indoors, outdoors or in an aviary?</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What size and type of cage or aviary will you provide?</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Where will the cage or aviary be positioned?</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Are you willing to provide photos or video of the cage/aviary and the area where the bird will live?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4. Other Birds and Quarantine</w:t>
      </w:r>
    </w:p>
    <w:p>
      <w:pPr>
        <w:spacing w:after="40"/>
      </w:pPr>
      <w:r>
        <w:rPr>
          <w:b/>
        </w:rPr>
        <w:t>Will the adopted bird eventually live with or near other birds?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Do you understand the importance of quarantining a new bird before introducing it to existing birds?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How would you manage the quarantine period?</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5. Daily Care and Enrichment</w:t>
      </w:r>
    </w:p>
    <w:p>
      <w:pPr>
        <w:spacing w:after="40"/>
      </w:pPr>
      <w:r>
        <w:rPr>
          <w:b/>
        </w:rPr>
        <w:t>How much time will the bird spend alone each day?</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Who will be responsible for feeding, cleaning and daily care?</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How much interaction and enrichment will the bird receive?</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Will you provide appropriate bird-safe toys, natural/bird-safe perches and opportunities for exercise?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6. Diet</w:t>
      </w:r>
    </w:p>
    <w:p>
      <w:pPr>
        <w:spacing w:after="40"/>
      </w:pPr>
      <w:r>
        <w:rPr>
          <w:b/>
        </w:rPr>
        <w:t>What do you intend to feed the bird?</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Are you prepared to provide a varied, species-appropriate diet including suitable fresh vegetables and other appropriate foods rather than relying solely on seed?</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7. Veterinary Care</w:t>
      </w:r>
    </w:p>
    <w:p>
      <w:pPr>
        <w:spacing w:after="40"/>
      </w:pPr>
      <w:r>
        <w:rPr>
          <w:b/>
        </w:rPr>
        <w:t>Do you have access to an avian veterinarian?</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Are you prepared for routine veterinary expenses as well as potentially expensive emergency treatment?</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What would you do if the bird suddenly became unwell?</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8. Household Safety</w:t>
      </w:r>
    </w:p>
    <w:p>
      <w:pPr>
        <w:spacing w:after="40"/>
      </w:pPr>
      <w:r>
        <w:rPr>
          <w:b/>
        </w:rPr>
        <w:t>Does anyone smoke or vape inside the home?</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Do you regularly use candles, incense, essential-oil diffusers, aerosols, perfumes or air fresheners?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Are you aware of the dangers that overheated non-stick/PTFE cookware and some appliances can pose to birds?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How will you manage ceiling fans, open doors and open windows when the bird is out of its cage?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9. Long-Term Commitment</w:t>
      </w:r>
    </w:p>
    <w:p>
      <w:pPr>
        <w:spacing w:after="40"/>
      </w:pPr>
      <w:r>
        <w:rPr>
          <w:b/>
        </w:rPr>
        <w:t>Do you understand the expected lifespan and long-term commitment associated with the species you are applying for?</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What would happen to the bird if you moved house, changed jobs, had children or your circumstances changed?</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Who would care for the bird during holidays, hospital stays or other periods when you are unavailable?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10. Reason for Adoption</w:t>
      </w:r>
    </w:p>
    <w:p>
      <w:pPr>
        <w:spacing w:after="40"/>
      </w:pPr>
      <w:r>
        <w:rPr>
          <w:b/>
        </w:rPr>
        <w:t>Why do you want to adopt this particular bird or species?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Are you looking for a companion bird, a companion for an existing bird, or an aviary bird?</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40"/>
      </w:pPr>
      <w:r>
        <w:rPr>
          <w:b/>
        </w:rPr>
        <w:t>Do you intend to breed from the bird?</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11. Rehoming and Transfer</w:t>
      </w:r>
    </w:p>
    <w:p>
      <w:pPr>
        <w:spacing w:after="40"/>
      </w:pPr>
      <w:r>
        <w:rPr>
          <w:b/>
        </w:rPr>
        <w:t>If you could no longer care for the bird, would you agree to contact Budgie Sanctuary Rescue rather than sell, give away, breed from or otherwise transfer the bird to another person?</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12. Final Information</w:t>
      </w:r>
    </w:p>
    <w:p>
      <w:pPr>
        <w:spacing w:after="40"/>
      </w:pPr>
      <w:r>
        <w:rPr>
          <w:b/>
        </w:rPr>
        <w:t>Is there anything about your household, other animals, living arrangements or circumstances that you think we should know when deciding whether this bird is suitable for your home?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Applicant Declaration</w:t>
      </w:r>
    </w:p>
    <w:p>
      <w:r>
        <w:t>I understand that submitting an application does not guarantee adoption. Budgie Sanctuary Rescue may decline an application if it believes the proposed home is not suitable for the particular bird. I understand that the welfare and long-term interests of the bird are the rescue's priority.</w:t>
      </w:r>
    </w:p>
    <w:p>
      <w:r>
        <w:br/>
        <w:t>Applicant name: ____________________________________</w:t>
      </w:r>
    </w:p>
    <w:p>
      <w:r>
        <w:t>Signature: _________________________________________     Date: __________________</w:t>
      </w:r>
    </w:p>
    <w:p>
      <w:r>
        <w:br/>
        <w:t>Rescue representative: ______________________________     Date: __________________</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Budgie Sanctuary Rescue | Bird Adoption Questionnaire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